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34FE" w14:textId="77777777" w:rsidR="00B5565E" w:rsidRDefault="00000000">
      <w:r>
        <w:rPr>
          <w:b/>
          <w:sz w:val="32"/>
        </w:rPr>
        <w:t>Reviewer Suggestions Form</w:t>
      </w:r>
    </w:p>
    <w:p w14:paraId="2CE1E006" w14:textId="77777777" w:rsidR="00B5565E" w:rsidRDefault="00000000" w:rsidP="00FB1173">
      <w:pPr>
        <w:jc w:val="both"/>
      </w:pPr>
      <w:r>
        <w:t xml:space="preserve">Please suggest at least </w:t>
      </w:r>
      <w:r w:rsidRPr="00FB1173">
        <w:rPr>
          <w:b/>
          <w:bCs/>
          <w:highlight w:val="yellow"/>
        </w:rPr>
        <w:t>three (3) potential reviewers</w:t>
      </w:r>
      <w:r>
        <w:t xml:space="preserve"> for your manuscript. Ensure that the reviewers are </w:t>
      </w:r>
      <w:r w:rsidRPr="00FB1173">
        <w:rPr>
          <w:b/>
          <w:bCs/>
          <w:highlight w:val="yellow"/>
        </w:rPr>
        <w:t>not from the same institution</w:t>
      </w:r>
      <w:r>
        <w:t xml:space="preserve"> as any of the authors, and that no conflict of interest exists. Complete all fields for each reviewer.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7"/>
        <w:gridCol w:w="2298"/>
        <w:gridCol w:w="2242"/>
        <w:gridCol w:w="2283"/>
      </w:tblGrid>
      <w:tr w:rsidR="00B5565E" w14:paraId="49F388A4" w14:textId="77777777">
        <w:tc>
          <w:tcPr>
            <w:tcW w:w="2160" w:type="dxa"/>
          </w:tcPr>
          <w:p w14:paraId="705C014C" w14:textId="77777777" w:rsidR="00B5565E" w:rsidRDefault="00000000">
            <w:r>
              <w:t>Reviewer Name</w:t>
            </w:r>
          </w:p>
        </w:tc>
        <w:tc>
          <w:tcPr>
            <w:tcW w:w="2880" w:type="dxa"/>
          </w:tcPr>
          <w:p w14:paraId="14AAA684" w14:textId="77777777" w:rsidR="00B5565E" w:rsidRDefault="00000000">
            <w:r>
              <w:t>Affiliation</w:t>
            </w:r>
          </w:p>
        </w:tc>
        <w:tc>
          <w:tcPr>
            <w:tcW w:w="2880" w:type="dxa"/>
          </w:tcPr>
          <w:p w14:paraId="71C2CAA0" w14:textId="77777777" w:rsidR="00B5565E" w:rsidRDefault="00000000">
            <w:r>
              <w:t>Email Address</w:t>
            </w:r>
          </w:p>
        </w:tc>
        <w:tc>
          <w:tcPr>
            <w:tcW w:w="2880" w:type="dxa"/>
          </w:tcPr>
          <w:p w14:paraId="58E45090" w14:textId="77777777" w:rsidR="00B5565E" w:rsidRDefault="00000000">
            <w:r>
              <w:t>Area of Expertise</w:t>
            </w:r>
          </w:p>
        </w:tc>
      </w:tr>
      <w:tr w:rsidR="00B5565E" w14:paraId="61DAFA03" w14:textId="77777777">
        <w:tc>
          <w:tcPr>
            <w:tcW w:w="2160" w:type="dxa"/>
          </w:tcPr>
          <w:p w14:paraId="1ECDDDBD" w14:textId="77777777" w:rsidR="00B5565E" w:rsidRDefault="00B5565E"/>
        </w:tc>
        <w:tc>
          <w:tcPr>
            <w:tcW w:w="2880" w:type="dxa"/>
          </w:tcPr>
          <w:p w14:paraId="5AC04D30" w14:textId="77777777" w:rsidR="00B5565E" w:rsidRDefault="00B5565E"/>
        </w:tc>
        <w:tc>
          <w:tcPr>
            <w:tcW w:w="2880" w:type="dxa"/>
          </w:tcPr>
          <w:p w14:paraId="1E5E06C0" w14:textId="77777777" w:rsidR="00B5565E" w:rsidRDefault="00B5565E"/>
        </w:tc>
        <w:tc>
          <w:tcPr>
            <w:tcW w:w="2880" w:type="dxa"/>
          </w:tcPr>
          <w:p w14:paraId="1835C533" w14:textId="77777777" w:rsidR="00B5565E" w:rsidRDefault="00B5565E"/>
        </w:tc>
      </w:tr>
      <w:tr w:rsidR="00B5565E" w14:paraId="0A809A91" w14:textId="77777777">
        <w:tc>
          <w:tcPr>
            <w:tcW w:w="2160" w:type="dxa"/>
          </w:tcPr>
          <w:p w14:paraId="28B61FAE" w14:textId="77777777" w:rsidR="00B5565E" w:rsidRDefault="00B5565E"/>
        </w:tc>
        <w:tc>
          <w:tcPr>
            <w:tcW w:w="2880" w:type="dxa"/>
          </w:tcPr>
          <w:p w14:paraId="6DEA20D6" w14:textId="77777777" w:rsidR="00B5565E" w:rsidRDefault="00B5565E"/>
        </w:tc>
        <w:tc>
          <w:tcPr>
            <w:tcW w:w="2880" w:type="dxa"/>
          </w:tcPr>
          <w:p w14:paraId="49FAAEA6" w14:textId="77777777" w:rsidR="00B5565E" w:rsidRDefault="00B5565E"/>
        </w:tc>
        <w:tc>
          <w:tcPr>
            <w:tcW w:w="2880" w:type="dxa"/>
          </w:tcPr>
          <w:p w14:paraId="310AE85A" w14:textId="77777777" w:rsidR="00B5565E" w:rsidRDefault="00B5565E"/>
        </w:tc>
      </w:tr>
      <w:tr w:rsidR="00B5565E" w14:paraId="1B3FF42B" w14:textId="77777777">
        <w:tc>
          <w:tcPr>
            <w:tcW w:w="2160" w:type="dxa"/>
          </w:tcPr>
          <w:p w14:paraId="02B6664D" w14:textId="77777777" w:rsidR="00B5565E" w:rsidRDefault="00B5565E"/>
        </w:tc>
        <w:tc>
          <w:tcPr>
            <w:tcW w:w="2880" w:type="dxa"/>
          </w:tcPr>
          <w:p w14:paraId="2A7F3F3D" w14:textId="77777777" w:rsidR="00B5565E" w:rsidRDefault="00B5565E"/>
        </w:tc>
        <w:tc>
          <w:tcPr>
            <w:tcW w:w="2880" w:type="dxa"/>
          </w:tcPr>
          <w:p w14:paraId="6EA9C187" w14:textId="77777777" w:rsidR="00B5565E" w:rsidRDefault="00B5565E"/>
        </w:tc>
        <w:tc>
          <w:tcPr>
            <w:tcW w:w="2880" w:type="dxa"/>
          </w:tcPr>
          <w:p w14:paraId="01725BFF" w14:textId="77777777" w:rsidR="00B5565E" w:rsidRDefault="00B5565E"/>
        </w:tc>
      </w:tr>
    </w:tbl>
    <w:p w14:paraId="7F86E7BD" w14:textId="77777777" w:rsidR="00521422" w:rsidRDefault="00521422"/>
    <w:sectPr w:rsidR="005214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2299657">
    <w:abstractNumId w:val="8"/>
  </w:num>
  <w:num w:numId="2" w16cid:durableId="499127757">
    <w:abstractNumId w:val="6"/>
  </w:num>
  <w:num w:numId="3" w16cid:durableId="461309951">
    <w:abstractNumId w:val="5"/>
  </w:num>
  <w:num w:numId="4" w16cid:durableId="1505706819">
    <w:abstractNumId w:val="4"/>
  </w:num>
  <w:num w:numId="5" w16cid:durableId="1549143922">
    <w:abstractNumId w:val="7"/>
  </w:num>
  <w:num w:numId="6" w16cid:durableId="1453087009">
    <w:abstractNumId w:val="3"/>
  </w:num>
  <w:num w:numId="7" w16cid:durableId="270474312">
    <w:abstractNumId w:val="2"/>
  </w:num>
  <w:num w:numId="8" w16cid:durableId="1859346111">
    <w:abstractNumId w:val="1"/>
  </w:num>
  <w:num w:numId="9" w16cid:durableId="151526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1897"/>
    <w:rsid w:val="00521422"/>
    <w:rsid w:val="00AA1D8D"/>
    <w:rsid w:val="00B47730"/>
    <w:rsid w:val="00B5565E"/>
    <w:rsid w:val="00CB0664"/>
    <w:rsid w:val="00FB11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8E36DB"/>
  <w14:defaultImageDpi w14:val="300"/>
  <w15:docId w15:val="{35E4F4EE-E42A-4181-8D1B-7C98C655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 Jahami</cp:lastModifiedBy>
  <cp:revision>2</cp:revision>
  <dcterms:created xsi:type="dcterms:W3CDTF">2025-06-11T14:56:00Z</dcterms:created>
  <dcterms:modified xsi:type="dcterms:W3CDTF">2025-06-11T14:56:00Z</dcterms:modified>
  <cp:category/>
</cp:coreProperties>
</file>